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519F" w:rsidRDefault="00000000">
      <w:pPr>
        <w:spacing w:after="80"/>
      </w:pPr>
      <w:r>
        <w:rPr>
          <w:b/>
          <w:color w:val="2E5C8A"/>
          <w:sz w:val="21"/>
        </w:rPr>
        <w:t>APPRENTICE LEARNING IS HIRING</w:t>
      </w:r>
    </w:p>
    <w:p w:rsidR="0051519F" w:rsidRDefault="00000000">
      <w:pPr>
        <w:pStyle w:val="Title"/>
      </w:pPr>
      <w:r>
        <w:t>Executive Assistant / Office Manager</w:t>
      </w:r>
    </w:p>
    <w:p w:rsidR="0051519F" w:rsidRDefault="00000000">
      <w:pPr>
        <w:spacing w:after="240"/>
      </w:pPr>
      <w:r>
        <w:rPr>
          <w:i/>
          <w:color w:val="444444"/>
          <w:sz w:val="24"/>
        </w:rPr>
        <w:t>Be the organized, welcoming heartbeat of Apprentice Learning's office.</w:t>
      </w:r>
    </w:p>
    <w:p w:rsidR="0051519F" w:rsidRDefault="00000000">
      <w:pPr>
        <w:spacing w:after="280"/>
      </w:pPr>
      <w:r>
        <w:rPr>
          <w:b/>
        </w:rPr>
        <w:t>Jamaica Plain, MA (in-person)   |   Non-Exempt   |   $60,000 - $72,000 annually</w:t>
      </w:r>
    </w:p>
    <w:p w:rsidR="0051519F" w:rsidRDefault="00000000">
      <w:pPr>
        <w:pStyle w:val="Heading2"/>
      </w:pPr>
      <w:r>
        <w:t>About Apprentice Learning</w:t>
      </w:r>
    </w:p>
    <w:p w:rsidR="0051519F" w:rsidRDefault="00000000">
      <w:r>
        <w:t>Apprentice Learning (AL) believes young people are enough, right now. We partner with Boston Public Schools and 70+ local employers to give middle-grade students real-world work experience — because we believe work is a language, learned through exposure, practice, reflection, and relationship. Since 2012, AL has helped over 3,700 students explore who they are, what they care about, and how they might contribute to the world — through paid apprenticeships, workplace visits, and mentor relationships rooted in our core values of Possibility, Authenticity, and Connection.</w:t>
      </w:r>
    </w:p>
    <w:p w:rsidR="0051519F" w:rsidRDefault="00000000">
      <w:pPr>
        <w:pStyle w:val="Heading2"/>
      </w:pPr>
      <w:r>
        <w:t>The Role</w:t>
      </w:r>
    </w:p>
    <w:p w:rsidR="0051519F" w:rsidRDefault="00000000">
      <w:pPr>
        <w:spacing w:after="160"/>
      </w:pPr>
      <w:r>
        <w:t>We're looking for an Executive Assistant / Office Manager to keep Apprentice Learning running smoothly — supporting our Executive Director's calendar and correspondence, managing our Jamaica Plain office, and helping coordinate board and hiring logistics. You'll often be the first warm, organized face a student, mentor, or partner meets when they walk through our door.</w:t>
      </w:r>
    </w:p>
    <w:p w:rsidR="0051519F" w:rsidRDefault="00000000">
      <w:pPr>
        <w:pStyle w:val="Heading2"/>
      </w:pPr>
      <w:r>
        <w:t>What You'll Do</w:t>
      </w:r>
    </w:p>
    <w:p w:rsidR="0051519F" w:rsidRDefault="00000000">
      <w:pPr>
        <w:pStyle w:val="ListBullet"/>
        <w:spacing w:after="40"/>
      </w:pPr>
      <w:r>
        <w:t>Manage the Executive Director's calendar, correspondence, and travel.</w:t>
      </w:r>
    </w:p>
    <w:p w:rsidR="0051519F" w:rsidRDefault="00000000">
      <w:pPr>
        <w:pStyle w:val="ListBullet"/>
        <w:spacing w:after="40"/>
      </w:pPr>
      <w:r>
        <w:t>Support board and leadership meeting logistics, materials, and follow-up.</w:t>
      </w:r>
    </w:p>
    <w:p w:rsidR="0051519F" w:rsidRDefault="00000000">
      <w:pPr>
        <w:pStyle w:val="ListBullet"/>
        <w:spacing w:after="40"/>
      </w:pPr>
      <w:r>
        <w:t>Oversee office operations: supplies, vendors, mail, and facilities.</w:t>
      </w:r>
    </w:p>
    <w:p w:rsidR="0051519F" w:rsidRDefault="00000000">
      <w:pPr>
        <w:pStyle w:val="ListBullet"/>
        <w:spacing w:after="40"/>
      </w:pPr>
      <w:r>
        <w:t>Support onboarding logistics and interview scheduling during hiring periods.</w:t>
      </w:r>
    </w:p>
    <w:p w:rsidR="0051519F" w:rsidRDefault="00000000">
      <w:pPr>
        <w:pStyle w:val="ListBullet"/>
        <w:spacing w:after="40"/>
      </w:pPr>
      <w:r>
        <w:t>Process invoices and support basic expense tracking.</w:t>
      </w:r>
    </w:p>
    <w:p w:rsidR="0051519F" w:rsidRDefault="00000000">
      <w:pPr>
        <w:pStyle w:val="ListBullet"/>
        <w:spacing w:after="40"/>
      </w:pPr>
      <w:r>
        <w:t>Welcome students, mentors, and partners into AL's office.</w:t>
      </w:r>
    </w:p>
    <w:p w:rsidR="0051519F" w:rsidRDefault="00000000">
      <w:pPr>
        <w:pStyle w:val="Heading2"/>
      </w:pPr>
      <w:r>
        <w:t>What You'll Bring</w:t>
      </w:r>
    </w:p>
    <w:p w:rsidR="0051519F" w:rsidRDefault="00000000">
      <w:pPr>
        <w:pStyle w:val="ListBullet"/>
        <w:spacing w:after="40"/>
      </w:pPr>
      <w:r>
        <w:t>3+ years in office management, executive assistance, or nonprofit administration.</w:t>
      </w:r>
    </w:p>
    <w:p w:rsidR="0051519F" w:rsidRDefault="00000000">
      <w:pPr>
        <w:pStyle w:val="ListBullet"/>
        <w:spacing w:after="40"/>
      </w:pPr>
      <w:r>
        <w:t>Strong organizational skills and comfort handling confidential information.</w:t>
      </w:r>
    </w:p>
    <w:p w:rsidR="0051519F" w:rsidRDefault="00000000">
      <w:pPr>
        <w:pStyle w:val="ListBullet"/>
        <w:spacing w:after="40"/>
      </w:pPr>
      <w:r>
        <w:t>Proficiency with Google Workspace and general office tools.</w:t>
      </w:r>
    </w:p>
    <w:p w:rsidR="0051519F" w:rsidRDefault="00000000">
      <w:pPr>
        <w:pStyle w:val="ListBullet"/>
        <w:spacing w:after="40"/>
      </w:pPr>
      <w:r>
        <w:t>A warm, welcoming presence — you're often the first person people meet at AL.</w:t>
      </w:r>
    </w:p>
    <w:p w:rsidR="0051519F" w:rsidRDefault="00000000">
      <w:pPr>
        <w:pStyle w:val="ListBullet"/>
        <w:spacing w:after="40"/>
      </w:pPr>
      <w:r>
        <w:t>Nonprofit experience preferred but not required.</w:t>
      </w:r>
    </w:p>
    <w:p w:rsidR="0051519F" w:rsidRDefault="00000000">
      <w:pPr>
        <w:pStyle w:val="Heading2"/>
      </w:pPr>
      <w:r>
        <w:t>Compensation &amp; Benefits</w:t>
      </w:r>
    </w:p>
    <w:p w:rsidR="0051519F" w:rsidRDefault="00000000">
      <w:pPr>
        <w:spacing w:after="80"/>
      </w:pPr>
      <w:r>
        <w:t>Salary: $60,000 - $72,000 annually, commensurate with experience. This is a full-time, non-exempt position.</w:t>
      </w:r>
    </w:p>
    <w:p w:rsidR="0051519F" w:rsidRDefault="00000000">
      <w:r>
        <w:lastRenderedPageBreak/>
        <w:t>Benefits: Health insurance and retirement plan; paid vacation, 11 paid holidays, sick time, and PTO accrued at 0.5 days/month; professional development support.</w:t>
      </w:r>
    </w:p>
    <w:p w:rsidR="0051519F" w:rsidRDefault="00000000">
      <w:pPr>
        <w:pStyle w:val="Heading2"/>
      </w:pPr>
      <w:r>
        <w:t>Our Commitment to Equity</w:t>
      </w:r>
    </w:p>
    <w:p w:rsidR="0051519F" w:rsidRDefault="00000000">
      <w:pPr>
        <w:spacing w:after="160"/>
      </w:pPr>
      <w:r>
        <w:rPr>
          <w:sz w:val="21"/>
        </w:rPr>
        <w:t>Apprentice Learning is an Equal Opportunity Employer. We do not discriminate on the basis of race, color, religion, sex, sexual orientation, gender identity or expression, national origin, age, disability, genetic information, veteran status, or any other status protected by federal, state, or local law. We strongly encourage candidates of all backgrounds, including those historically underrepresented in the nonprofit sector, to apply.</w:t>
      </w:r>
    </w:p>
    <w:p w:rsidR="0051519F" w:rsidRDefault="00000000">
      <w:pPr>
        <w:pStyle w:val="Heading2"/>
      </w:pPr>
      <w:r>
        <w:t>Accessibility</w:t>
      </w:r>
    </w:p>
    <w:p w:rsidR="0051519F" w:rsidRDefault="00000000">
      <w:pPr>
        <w:spacing w:after="160"/>
      </w:pPr>
      <w:r>
        <w:rPr>
          <w:sz w:val="21"/>
        </w:rPr>
        <w:t>Apprentice Learning provides reasonable accommodations to qualified individuals with disabilities in accordance with the ADA and M.G.L. c. 151B. If you need an accommodation to apply or interview, let us know at jobs@apprenticelearning.org.</w:t>
      </w:r>
    </w:p>
    <w:p w:rsidR="0051519F" w:rsidRDefault="00000000">
      <w:pPr>
        <w:pStyle w:val="Heading2"/>
      </w:pPr>
      <w:r>
        <w:t>Background Check</w:t>
      </w:r>
    </w:p>
    <w:p w:rsidR="0051519F" w:rsidRDefault="00000000">
      <w:pPr>
        <w:spacing w:after="160"/>
      </w:pPr>
      <w:r>
        <w:rPr>
          <w:sz w:val="21"/>
        </w:rPr>
        <w:t>This role is based in AL's office, where students, interns, and mentors are regularly present. An offer of employment is contingent on successfully completing a Criminal Offender Record Information (CORI) check consistent with M.G.L. c. 6, § 172. A criminal record does not automatically disqualify an applicant; determinations are individualized and job-related.</w:t>
      </w:r>
    </w:p>
    <w:p w:rsidR="0051519F" w:rsidRDefault="00000000">
      <w:pPr>
        <w:pStyle w:val="Heading2"/>
      </w:pPr>
      <w:r>
        <w:t>How to Apply</w:t>
      </w:r>
    </w:p>
    <w:p w:rsidR="0051519F" w:rsidRDefault="00000000">
      <w:pPr>
        <w:spacing w:after="120"/>
      </w:pPr>
      <w:r>
        <w:t>Send a resume and cover letter to jobs@apprenticelearning.org with "Executive Assistant / Office Manager" in the subject line.</w:t>
      </w:r>
    </w:p>
    <w:sectPr w:rsidR="0051519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1816708">
    <w:abstractNumId w:val="8"/>
  </w:num>
  <w:num w:numId="2" w16cid:durableId="74016775">
    <w:abstractNumId w:val="6"/>
  </w:num>
  <w:num w:numId="3" w16cid:durableId="710767082">
    <w:abstractNumId w:val="5"/>
  </w:num>
  <w:num w:numId="4" w16cid:durableId="1094404042">
    <w:abstractNumId w:val="4"/>
  </w:num>
  <w:num w:numId="5" w16cid:durableId="2082360308">
    <w:abstractNumId w:val="7"/>
  </w:num>
  <w:num w:numId="6" w16cid:durableId="1062406289">
    <w:abstractNumId w:val="3"/>
  </w:num>
  <w:num w:numId="7" w16cid:durableId="2075201842">
    <w:abstractNumId w:val="2"/>
  </w:num>
  <w:num w:numId="8" w16cid:durableId="1919900487">
    <w:abstractNumId w:val="1"/>
  </w:num>
  <w:num w:numId="9" w16cid:durableId="91829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52FF"/>
    <w:rsid w:val="0051519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02A00FF-2432-954A-A38B-915B1A2B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2026-07-22T22:44:00Z</dcterms:created>
  <dcterms:modified xsi:type="dcterms:W3CDTF">2026-07-22T22:44:00Z</dcterms:modified>
  <cp:category/>
</cp:coreProperties>
</file>